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Пресненский, Ходынская улица, вл. 2, стр. 9 (кад. № 77:01:0004019:1004)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ЦАО, Пресненский, Ходынская улица, вл. 2, стр. 9 (кад. № 77:01:0004019:1004)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района Пресненский.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более одного месяца.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07.12.2021.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