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ул. Тверская, д. 19а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ЦАО, Тверской, ул. Тверская, д. 19а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района Тверской.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