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Верхняя Красносельская, влд. 16, стр. 1-5 (кад. № 77:01:0003036:63), ЦАО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ул. Верхняя Красносельская, влд. 16, стр. 1-5 (кад. № 77:01:0003036:63), ЦАО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Красносельский.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более одного месяца.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07.12.2021.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