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Хамовники, 1-й Тружеников пер., вл. 12-14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ЦАО, Хамовники, 1-й Тружеников пер., вл. 12-14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района Хамовники.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